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4B737" w14:textId="77777777" w:rsidR="00FA590A" w:rsidRPr="00C511FC" w:rsidRDefault="00C511FC">
      <w:pPr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C511FC">
        <w:rPr>
          <w:rFonts w:ascii="標楷體" w:eastAsia="標楷體" w:hAnsi="標楷體"/>
          <w:b/>
          <w:sz w:val="32"/>
          <w:szCs w:val="32"/>
          <w:lang w:eastAsia="zh-TW"/>
        </w:rPr>
        <w:t>國立虎尾科技大學資訊管理系</w:t>
      </w:r>
      <w:r w:rsidRPr="00C511FC">
        <w:rPr>
          <w:rFonts w:ascii="標楷體" w:eastAsia="標楷體" w:hAnsi="標楷體"/>
          <w:b/>
          <w:sz w:val="32"/>
          <w:szCs w:val="32"/>
          <w:lang w:eastAsia="zh-TW"/>
        </w:rPr>
        <w:br/>
        <w:t>碩士學位提前口試資料檢核表</w:t>
      </w:r>
    </w:p>
    <w:p w14:paraId="68859FDB" w14:textId="77777777" w:rsidR="00FA590A" w:rsidRPr="00C511FC" w:rsidRDefault="00FA590A">
      <w:pPr>
        <w:rPr>
          <w:rFonts w:ascii="標楷體" w:eastAsia="標楷體" w:hAnsi="標楷體"/>
          <w:lang w:eastAsia="zh-TW"/>
        </w:rPr>
      </w:pPr>
    </w:p>
    <w:p w14:paraId="69527D75" w14:textId="77777777" w:rsidR="00FA590A" w:rsidRPr="00C511FC" w:rsidRDefault="00C511FC">
      <w:pPr>
        <w:rPr>
          <w:rFonts w:ascii="標楷體" w:eastAsia="標楷體" w:hAnsi="標楷體"/>
          <w:lang w:eastAsia="zh-TW"/>
        </w:rPr>
      </w:pPr>
      <w:r w:rsidRPr="00C511FC">
        <w:rPr>
          <w:rFonts w:ascii="標楷體" w:eastAsia="標楷體" w:hAnsi="標楷體"/>
          <w:lang w:eastAsia="zh-TW"/>
        </w:rPr>
        <w:t>申請學生姓名：</w:t>
      </w:r>
      <w:proofErr w:type="gramStart"/>
      <w:r w:rsidRPr="00C511FC">
        <w:rPr>
          <w:rFonts w:ascii="標楷體" w:eastAsia="標楷體" w:hAnsi="標楷體"/>
          <w:lang w:eastAsia="zh-TW"/>
        </w:rPr>
        <w:t>＿＿＿＿＿＿＿</w:t>
      </w:r>
      <w:proofErr w:type="gramEnd"/>
      <w:r w:rsidRPr="00C511FC">
        <w:rPr>
          <w:rFonts w:ascii="標楷體" w:eastAsia="標楷體" w:hAnsi="標楷體"/>
          <w:lang w:eastAsia="zh-TW"/>
        </w:rPr>
        <w:br/>
        <w:t>學號：</w:t>
      </w:r>
      <w:proofErr w:type="gramStart"/>
      <w:r w:rsidRPr="00C511FC">
        <w:rPr>
          <w:rFonts w:ascii="標楷體" w:eastAsia="標楷體" w:hAnsi="標楷體"/>
          <w:lang w:eastAsia="zh-TW"/>
        </w:rPr>
        <w:t>＿＿＿＿＿＿＿</w:t>
      </w:r>
      <w:proofErr w:type="gramEnd"/>
      <w:r w:rsidRPr="00C511FC">
        <w:rPr>
          <w:rFonts w:ascii="標楷體" w:eastAsia="標楷體" w:hAnsi="標楷體"/>
          <w:lang w:eastAsia="zh-TW"/>
        </w:rPr>
        <w:br/>
        <w:t>指導教授：</w:t>
      </w:r>
      <w:proofErr w:type="gramStart"/>
      <w:r w:rsidRPr="00C511FC">
        <w:rPr>
          <w:rFonts w:ascii="標楷體" w:eastAsia="標楷體" w:hAnsi="標楷體"/>
          <w:lang w:eastAsia="zh-TW"/>
        </w:rPr>
        <w:t>＿＿＿＿＿＿＿</w:t>
      </w:r>
      <w:proofErr w:type="gramEnd"/>
      <w:r w:rsidRPr="00C511FC">
        <w:rPr>
          <w:rFonts w:ascii="標楷體" w:eastAsia="標楷體" w:hAnsi="標楷體"/>
          <w:lang w:eastAsia="zh-TW"/>
        </w:rPr>
        <w:br/>
        <w:t>申請日期：</w:t>
      </w:r>
      <w:proofErr w:type="gramStart"/>
      <w:r w:rsidRPr="00C511FC">
        <w:rPr>
          <w:rFonts w:ascii="標楷體" w:eastAsia="標楷體" w:hAnsi="標楷體"/>
          <w:lang w:eastAsia="zh-TW"/>
        </w:rPr>
        <w:t>＿＿</w:t>
      </w:r>
      <w:proofErr w:type="gramEnd"/>
      <w:r w:rsidRPr="00C511FC">
        <w:rPr>
          <w:rFonts w:ascii="標楷體" w:eastAsia="標楷體" w:hAnsi="標楷體"/>
          <w:lang w:eastAsia="zh-TW"/>
        </w:rPr>
        <w:t>年</w:t>
      </w:r>
      <w:proofErr w:type="gramStart"/>
      <w:r w:rsidRPr="00C511FC">
        <w:rPr>
          <w:rFonts w:ascii="標楷體" w:eastAsia="標楷體" w:hAnsi="標楷體"/>
          <w:lang w:eastAsia="zh-TW"/>
        </w:rPr>
        <w:t>＿＿</w:t>
      </w:r>
      <w:proofErr w:type="gramEnd"/>
      <w:r w:rsidRPr="00C511FC">
        <w:rPr>
          <w:rFonts w:ascii="標楷體" w:eastAsia="標楷體" w:hAnsi="標楷體"/>
          <w:lang w:eastAsia="zh-TW"/>
        </w:rPr>
        <w:t>月</w:t>
      </w:r>
      <w:proofErr w:type="gramStart"/>
      <w:r w:rsidRPr="00C511FC">
        <w:rPr>
          <w:rFonts w:ascii="標楷體" w:eastAsia="標楷體" w:hAnsi="標楷體"/>
          <w:lang w:eastAsia="zh-TW"/>
        </w:rPr>
        <w:t>＿＿</w:t>
      </w:r>
      <w:proofErr w:type="gramEnd"/>
      <w:r w:rsidRPr="00C511FC">
        <w:rPr>
          <w:rFonts w:ascii="標楷體" w:eastAsia="標楷體" w:hAnsi="標楷體"/>
          <w:lang w:eastAsia="zh-TW"/>
        </w:rPr>
        <w:t>日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002"/>
        <w:gridCol w:w="3547"/>
        <w:gridCol w:w="1530"/>
        <w:gridCol w:w="2072"/>
      </w:tblGrid>
      <w:tr w:rsidR="00C511FC" w:rsidRPr="00C511FC" w14:paraId="2F5D99A1" w14:textId="77777777" w:rsidTr="00C511FC">
        <w:trPr>
          <w:trHeight w:val="342"/>
        </w:trPr>
        <w:tc>
          <w:tcPr>
            <w:tcW w:w="1002" w:type="dxa"/>
            <w:vAlign w:val="center"/>
          </w:tcPr>
          <w:p w14:paraId="1CA3D6BC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C511FC">
              <w:rPr>
                <w:rFonts w:ascii="標楷體" w:eastAsia="標楷體" w:hAnsi="標楷體"/>
              </w:rPr>
              <w:t>項次</w:t>
            </w:r>
            <w:proofErr w:type="spellEnd"/>
          </w:p>
        </w:tc>
        <w:tc>
          <w:tcPr>
            <w:tcW w:w="3547" w:type="dxa"/>
            <w:vAlign w:val="center"/>
          </w:tcPr>
          <w:p w14:paraId="5471ACFB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C511FC">
              <w:rPr>
                <w:rFonts w:ascii="標楷體" w:eastAsia="標楷體" w:hAnsi="標楷體"/>
              </w:rPr>
              <w:t>檢核項目</w:t>
            </w:r>
            <w:proofErr w:type="spellEnd"/>
          </w:p>
        </w:tc>
        <w:tc>
          <w:tcPr>
            <w:tcW w:w="1530" w:type="dxa"/>
            <w:vAlign w:val="center"/>
          </w:tcPr>
          <w:p w14:paraId="28060C5A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C511FC">
              <w:rPr>
                <w:rFonts w:ascii="標楷體" w:eastAsia="標楷體" w:hAnsi="標楷體"/>
              </w:rPr>
              <w:t>已附</w:t>
            </w:r>
            <w:proofErr w:type="spellEnd"/>
          </w:p>
        </w:tc>
        <w:tc>
          <w:tcPr>
            <w:tcW w:w="2072" w:type="dxa"/>
            <w:vAlign w:val="center"/>
          </w:tcPr>
          <w:p w14:paraId="0B149325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C511FC">
              <w:rPr>
                <w:rFonts w:ascii="標楷體" w:eastAsia="標楷體" w:hAnsi="標楷體"/>
              </w:rPr>
              <w:t>備註</w:t>
            </w:r>
            <w:proofErr w:type="spellEnd"/>
          </w:p>
        </w:tc>
      </w:tr>
      <w:tr w:rsidR="00C511FC" w:rsidRPr="00C511FC" w14:paraId="0C1E46E9" w14:textId="77777777" w:rsidTr="00C511FC">
        <w:trPr>
          <w:trHeight w:val="327"/>
        </w:trPr>
        <w:tc>
          <w:tcPr>
            <w:tcW w:w="1002" w:type="dxa"/>
            <w:vAlign w:val="center"/>
          </w:tcPr>
          <w:p w14:paraId="34DB8F41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r w:rsidRPr="00C511FC">
              <w:rPr>
                <w:rFonts w:ascii="標楷體" w:eastAsia="標楷體" w:hAnsi="標楷體"/>
              </w:rPr>
              <w:t>1</w:t>
            </w:r>
          </w:p>
        </w:tc>
        <w:tc>
          <w:tcPr>
            <w:tcW w:w="3547" w:type="dxa"/>
            <w:vAlign w:val="center"/>
          </w:tcPr>
          <w:p w14:paraId="66137B51" w14:textId="77777777" w:rsidR="00C511FC" w:rsidRPr="00C511FC" w:rsidRDefault="00C511FC" w:rsidP="00C511FC">
            <w:pPr>
              <w:jc w:val="both"/>
              <w:rPr>
                <w:rFonts w:ascii="標楷體" w:eastAsia="標楷體" w:hAnsi="標楷體"/>
              </w:rPr>
            </w:pPr>
            <w:proofErr w:type="spellStart"/>
            <w:r w:rsidRPr="00C511FC">
              <w:rPr>
                <w:rFonts w:ascii="標楷體" w:eastAsia="標楷體" w:hAnsi="標楷體"/>
              </w:rPr>
              <w:t>指導教授推薦書</w:t>
            </w:r>
            <w:proofErr w:type="spellEnd"/>
          </w:p>
        </w:tc>
        <w:tc>
          <w:tcPr>
            <w:tcW w:w="1530" w:type="dxa"/>
            <w:vAlign w:val="center"/>
          </w:tcPr>
          <w:p w14:paraId="146EAFF0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r w:rsidRPr="00C511FC">
              <w:rPr>
                <w:rFonts w:ascii="標楷體" w:eastAsia="標楷體" w:hAnsi="標楷體"/>
              </w:rPr>
              <w:t>□</w:t>
            </w:r>
          </w:p>
        </w:tc>
        <w:tc>
          <w:tcPr>
            <w:tcW w:w="2072" w:type="dxa"/>
          </w:tcPr>
          <w:p w14:paraId="75605809" w14:textId="77777777" w:rsidR="00C511FC" w:rsidRPr="00C511FC" w:rsidRDefault="00C511FC">
            <w:pPr>
              <w:rPr>
                <w:rFonts w:ascii="標楷體" w:eastAsia="標楷體" w:hAnsi="標楷體"/>
              </w:rPr>
            </w:pPr>
          </w:p>
        </w:tc>
      </w:tr>
      <w:tr w:rsidR="00C511FC" w:rsidRPr="00C511FC" w14:paraId="21284F1B" w14:textId="77777777" w:rsidTr="00C511FC">
        <w:trPr>
          <w:trHeight w:val="342"/>
        </w:trPr>
        <w:tc>
          <w:tcPr>
            <w:tcW w:w="1002" w:type="dxa"/>
            <w:vAlign w:val="center"/>
          </w:tcPr>
          <w:p w14:paraId="00931305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r w:rsidRPr="00C511FC">
              <w:rPr>
                <w:rFonts w:ascii="標楷體" w:eastAsia="標楷體" w:hAnsi="標楷體"/>
              </w:rPr>
              <w:t>2</w:t>
            </w:r>
          </w:p>
        </w:tc>
        <w:tc>
          <w:tcPr>
            <w:tcW w:w="3547" w:type="dxa"/>
            <w:vAlign w:val="center"/>
          </w:tcPr>
          <w:p w14:paraId="254D470A" w14:textId="77777777" w:rsidR="00C511FC" w:rsidRPr="00C511FC" w:rsidRDefault="00C511FC" w:rsidP="00C511FC">
            <w:pPr>
              <w:jc w:val="both"/>
              <w:rPr>
                <w:rFonts w:ascii="標楷體" w:eastAsia="標楷體" w:hAnsi="標楷體"/>
              </w:rPr>
            </w:pPr>
            <w:proofErr w:type="spellStart"/>
            <w:r w:rsidRPr="00C511FC">
              <w:rPr>
                <w:rFonts w:ascii="標楷體" w:eastAsia="標楷體" w:hAnsi="標楷體"/>
              </w:rPr>
              <w:t>歷年成績單</w:t>
            </w:r>
            <w:proofErr w:type="spellEnd"/>
          </w:p>
        </w:tc>
        <w:tc>
          <w:tcPr>
            <w:tcW w:w="1530" w:type="dxa"/>
            <w:vAlign w:val="center"/>
          </w:tcPr>
          <w:p w14:paraId="20AB0228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r w:rsidRPr="00C511FC">
              <w:rPr>
                <w:rFonts w:ascii="標楷體" w:eastAsia="標楷體" w:hAnsi="標楷體"/>
              </w:rPr>
              <w:t>□</w:t>
            </w:r>
          </w:p>
        </w:tc>
        <w:tc>
          <w:tcPr>
            <w:tcW w:w="2072" w:type="dxa"/>
          </w:tcPr>
          <w:p w14:paraId="5B7E8E5C" w14:textId="77777777" w:rsidR="00C511FC" w:rsidRPr="00C511FC" w:rsidRDefault="00C511FC">
            <w:pPr>
              <w:rPr>
                <w:rFonts w:ascii="標楷體" w:eastAsia="標楷體" w:hAnsi="標楷體"/>
              </w:rPr>
            </w:pPr>
          </w:p>
        </w:tc>
      </w:tr>
      <w:tr w:rsidR="00C511FC" w:rsidRPr="00C511FC" w14:paraId="7BF1C704" w14:textId="77777777" w:rsidTr="00C511FC">
        <w:trPr>
          <w:trHeight w:val="684"/>
        </w:trPr>
        <w:tc>
          <w:tcPr>
            <w:tcW w:w="1002" w:type="dxa"/>
            <w:vAlign w:val="center"/>
          </w:tcPr>
          <w:p w14:paraId="226F7B5A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r w:rsidRPr="00C511FC">
              <w:rPr>
                <w:rFonts w:ascii="標楷體" w:eastAsia="標楷體" w:hAnsi="標楷體"/>
              </w:rPr>
              <w:t>3</w:t>
            </w:r>
          </w:p>
        </w:tc>
        <w:tc>
          <w:tcPr>
            <w:tcW w:w="3547" w:type="dxa"/>
            <w:vAlign w:val="center"/>
          </w:tcPr>
          <w:p w14:paraId="29DBFC8B" w14:textId="77777777" w:rsidR="00C511FC" w:rsidRPr="00C511FC" w:rsidRDefault="00C511FC" w:rsidP="00C511FC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C511FC">
              <w:rPr>
                <w:rFonts w:ascii="標楷體" w:eastAsia="標楷體" w:hAnsi="標楷體"/>
                <w:lang w:eastAsia="zh-TW"/>
              </w:rPr>
              <w:t>符合「碩士學位考核要點」第四點規定之證明文件</w:t>
            </w:r>
          </w:p>
        </w:tc>
        <w:tc>
          <w:tcPr>
            <w:tcW w:w="1530" w:type="dxa"/>
            <w:vAlign w:val="center"/>
          </w:tcPr>
          <w:p w14:paraId="777439F5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r w:rsidRPr="00C511FC">
              <w:rPr>
                <w:rFonts w:ascii="標楷體" w:eastAsia="標楷體" w:hAnsi="標楷體"/>
              </w:rPr>
              <w:t>□</w:t>
            </w:r>
          </w:p>
        </w:tc>
        <w:tc>
          <w:tcPr>
            <w:tcW w:w="2072" w:type="dxa"/>
          </w:tcPr>
          <w:p w14:paraId="40E06790" w14:textId="77777777" w:rsidR="00C511FC" w:rsidRPr="00C511FC" w:rsidRDefault="00C511FC">
            <w:pPr>
              <w:rPr>
                <w:rFonts w:ascii="標楷體" w:eastAsia="標楷體" w:hAnsi="標楷體"/>
              </w:rPr>
            </w:pPr>
            <w:proofErr w:type="spellStart"/>
            <w:r w:rsidRPr="00C511FC">
              <w:rPr>
                <w:rFonts w:ascii="標楷體" w:eastAsia="標楷體" w:hAnsi="標楷體"/>
              </w:rPr>
              <w:t>請擇一提供</w:t>
            </w:r>
            <w:proofErr w:type="spellEnd"/>
          </w:p>
        </w:tc>
      </w:tr>
      <w:tr w:rsidR="00C511FC" w:rsidRPr="00C511FC" w14:paraId="469162C0" w14:textId="77777777" w:rsidTr="00C511FC">
        <w:trPr>
          <w:trHeight w:val="670"/>
        </w:trPr>
        <w:tc>
          <w:tcPr>
            <w:tcW w:w="1002" w:type="dxa"/>
            <w:vAlign w:val="center"/>
          </w:tcPr>
          <w:p w14:paraId="056CDE24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r w:rsidRPr="00C511FC">
              <w:rPr>
                <w:rFonts w:ascii="標楷體" w:eastAsia="標楷體" w:hAnsi="標楷體"/>
              </w:rPr>
              <w:t>3-1</w:t>
            </w:r>
          </w:p>
        </w:tc>
        <w:tc>
          <w:tcPr>
            <w:tcW w:w="3547" w:type="dxa"/>
            <w:vAlign w:val="center"/>
          </w:tcPr>
          <w:p w14:paraId="3C92BDF4" w14:textId="77777777" w:rsidR="00C511FC" w:rsidRPr="00C511FC" w:rsidRDefault="00C511FC" w:rsidP="00C511FC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C511FC">
              <w:rPr>
                <w:rFonts w:ascii="標楷體" w:eastAsia="標楷體" w:hAnsi="標楷體"/>
                <w:lang w:eastAsia="zh-TW"/>
              </w:rPr>
              <w:t>投稿國內（外）期刊或研討會，且已取得論文接受證明</w:t>
            </w:r>
          </w:p>
        </w:tc>
        <w:tc>
          <w:tcPr>
            <w:tcW w:w="1530" w:type="dxa"/>
            <w:vAlign w:val="center"/>
          </w:tcPr>
          <w:p w14:paraId="648E204A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r w:rsidRPr="00C511FC">
              <w:rPr>
                <w:rFonts w:ascii="標楷體" w:eastAsia="標楷體" w:hAnsi="標楷體"/>
              </w:rPr>
              <w:t>□</w:t>
            </w:r>
          </w:p>
        </w:tc>
        <w:tc>
          <w:tcPr>
            <w:tcW w:w="2072" w:type="dxa"/>
          </w:tcPr>
          <w:p w14:paraId="3B79B13E" w14:textId="77777777" w:rsidR="00C511FC" w:rsidRPr="00C511FC" w:rsidRDefault="00C511FC">
            <w:pPr>
              <w:rPr>
                <w:rFonts w:ascii="標楷體" w:eastAsia="標楷體" w:hAnsi="標楷體"/>
              </w:rPr>
            </w:pPr>
          </w:p>
        </w:tc>
      </w:tr>
      <w:tr w:rsidR="00C511FC" w:rsidRPr="00C511FC" w14:paraId="05933D5A" w14:textId="77777777" w:rsidTr="00C511FC">
        <w:trPr>
          <w:trHeight w:val="1012"/>
        </w:trPr>
        <w:tc>
          <w:tcPr>
            <w:tcW w:w="1002" w:type="dxa"/>
            <w:vAlign w:val="center"/>
          </w:tcPr>
          <w:p w14:paraId="528647AD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r w:rsidRPr="00C511FC">
              <w:rPr>
                <w:rFonts w:ascii="標楷體" w:eastAsia="標楷體" w:hAnsi="標楷體"/>
              </w:rPr>
              <w:t>3-2</w:t>
            </w:r>
          </w:p>
        </w:tc>
        <w:tc>
          <w:tcPr>
            <w:tcW w:w="3547" w:type="dxa"/>
            <w:vAlign w:val="center"/>
          </w:tcPr>
          <w:p w14:paraId="04788F38" w14:textId="77777777" w:rsidR="00C511FC" w:rsidRPr="00C511FC" w:rsidRDefault="00C511FC" w:rsidP="00C511FC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C511FC">
              <w:rPr>
                <w:rFonts w:ascii="標楷體" w:eastAsia="標楷體" w:hAnsi="標楷體"/>
                <w:lang w:eastAsia="zh-TW"/>
              </w:rPr>
              <w:t>入學期間申請並取得發明（新型）專利公開及已接受之證明</w:t>
            </w:r>
          </w:p>
        </w:tc>
        <w:tc>
          <w:tcPr>
            <w:tcW w:w="1530" w:type="dxa"/>
            <w:vAlign w:val="center"/>
          </w:tcPr>
          <w:p w14:paraId="201B02E1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r w:rsidRPr="00C511FC">
              <w:rPr>
                <w:rFonts w:ascii="標楷體" w:eastAsia="標楷體" w:hAnsi="標楷體"/>
              </w:rPr>
              <w:t>□</w:t>
            </w:r>
          </w:p>
        </w:tc>
        <w:tc>
          <w:tcPr>
            <w:tcW w:w="2072" w:type="dxa"/>
          </w:tcPr>
          <w:p w14:paraId="474A39AB" w14:textId="77777777" w:rsidR="00C511FC" w:rsidRPr="00C511FC" w:rsidRDefault="00C511FC">
            <w:pPr>
              <w:rPr>
                <w:rFonts w:ascii="標楷體" w:eastAsia="標楷體" w:hAnsi="標楷體"/>
              </w:rPr>
            </w:pPr>
          </w:p>
        </w:tc>
      </w:tr>
      <w:tr w:rsidR="00C511FC" w:rsidRPr="00C511FC" w14:paraId="394A8E8C" w14:textId="77777777" w:rsidTr="00C511FC">
        <w:trPr>
          <w:trHeight w:val="684"/>
        </w:trPr>
        <w:tc>
          <w:tcPr>
            <w:tcW w:w="1002" w:type="dxa"/>
            <w:vAlign w:val="center"/>
          </w:tcPr>
          <w:p w14:paraId="7CA54C35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r w:rsidRPr="00C511FC">
              <w:rPr>
                <w:rFonts w:ascii="標楷體" w:eastAsia="標楷體" w:hAnsi="標楷體"/>
              </w:rPr>
              <w:t>4</w:t>
            </w:r>
          </w:p>
        </w:tc>
        <w:tc>
          <w:tcPr>
            <w:tcW w:w="3547" w:type="dxa"/>
            <w:vAlign w:val="center"/>
          </w:tcPr>
          <w:p w14:paraId="6C697507" w14:textId="77777777" w:rsidR="00C511FC" w:rsidRPr="00C511FC" w:rsidRDefault="00C511FC" w:rsidP="00C511FC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C511FC">
              <w:rPr>
                <w:rFonts w:ascii="標楷體" w:eastAsia="標楷體" w:hAnsi="標楷體"/>
                <w:lang w:eastAsia="zh-TW"/>
              </w:rPr>
              <w:t>其他補充資料（如相關佐證文件）</w:t>
            </w:r>
          </w:p>
        </w:tc>
        <w:tc>
          <w:tcPr>
            <w:tcW w:w="1530" w:type="dxa"/>
            <w:vAlign w:val="center"/>
          </w:tcPr>
          <w:p w14:paraId="24BB7D6A" w14:textId="77777777" w:rsidR="00C511FC" w:rsidRPr="00C511FC" w:rsidRDefault="00C511FC" w:rsidP="00C511FC">
            <w:pPr>
              <w:jc w:val="center"/>
              <w:rPr>
                <w:rFonts w:ascii="標楷體" w:eastAsia="標楷體" w:hAnsi="標楷體"/>
              </w:rPr>
            </w:pPr>
            <w:r w:rsidRPr="00C511FC">
              <w:rPr>
                <w:rFonts w:ascii="標楷體" w:eastAsia="標楷體" w:hAnsi="標楷體"/>
              </w:rPr>
              <w:t>□</w:t>
            </w:r>
          </w:p>
        </w:tc>
        <w:tc>
          <w:tcPr>
            <w:tcW w:w="2072" w:type="dxa"/>
          </w:tcPr>
          <w:p w14:paraId="47C70654" w14:textId="77777777" w:rsidR="00C511FC" w:rsidRPr="00C511FC" w:rsidRDefault="00C511FC">
            <w:pPr>
              <w:rPr>
                <w:rFonts w:ascii="標楷體" w:eastAsia="標楷體" w:hAnsi="標楷體"/>
              </w:rPr>
            </w:pPr>
          </w:p>
        </w:tc>
      </w:tr>
    </w:tbl>
    <w:p w14:paraId="7C4B5604" w14:textId="77777777" w:rsidR="00FA590A" w:rsidRPr="00C511FC" w:rsidRDefault="00FA590A">
      <w:pPr>
        <w:rPr>
          <w:rFonts w:ascii="標楷體" w:eastAsia="標楷體" w:hAnsi="標楷體"/>
        </w:rPr>
      </w:pPr>
    </w:p>
    <w:p w14:paraId="712FCA64" w14:textId="77777777" w:rsidR="00FA590A" w:rsidRPr="00C511FC" w:rsidRDefault="00C511FC">
      <w:pPr>
        <w:rPr>
          <w:rFonts w:ascii="標楷體" w:eastAsia="標楷體" w:hAnsi="標楷體"/>
          <w:lang w:eastAsia="zh-TW"/>
        </w:rPr>
      </w:pPr>
      <w:r w:rsidRPr="00C511FC">
        <w:rPr>
          <w:rFonts w:ascii="標楷體" w:eastAsia="標楷體" w:hAnsi="標楷體"/>
          <w:lang w:eastAsia="zh-TW"/>
        </w:rPr>
        <w:t>申請人簽章：</w:t>
      </w:r>
      <w:proofErr w:type="gramStart"/>
      <w:r w:rsidRPr="00C511FC">
        <w:rPr>
          <w:rFonts w:ascii="標楷體" w:eastAsia="標楷體" w:hAnsi="標楷體"/>
          <w:lang w:eastAsia="zh-TW"/>
        </w:rPr>
        <w:t>＿＿＿＿＿＿＿</w:t>
      </w:r>
      <w:proofErr w:type="gramEnd"/>
    </w:p>
    <w:p w14:paraId="517450BE" w14:textId="77777777" w:rsidR="00FA590A" w:rsidRPr="00C511FC" w:rsidRDefault="00C511FC">
      <w:pPr>
        <w:rPr>
          <w:rFonts w:ascii="標楷體" w:eastAsia="標楷體" w:hAnsi="標楷體"/>
          <w:lang w:eastAsia="zh-TW"/>
        </w:rPr>
      </w:pPr>
      <w:r w:rsidRPr="00C511FC">
        <w:rPr>
          <w:rFonts w:ascii="標楷體" w:eastAsia="標楷體" w:hAnsi="標楷體"/>
          <w:lang w:eastAsia="zh-TW"/>
        </w:rPr>
        <w:t>指導教授簽章：</w:t>
      </w:r>
      <w:proofErr w:type="gramStart"/>
      <w:r w:rsidRPr="00C511FC">
        <w:rPr>
          <w:rFonts w:ascii="標楷體" w:eastAsia="標楷體" w:hAnsi="標楷體"/>
          <w:lang w:eastAsia="zh-TW"/>
        </w:rPr>
        <w:t>＿＿＿＿＿＿＿</w:t>
      </w:r>
      <w:proofErr w:type="gramEnd"/>
    </w:p>
    <w:p w14:paraId="764A70F2" w14:textId="77777777" w:rsidR="00FA590A" w:rsidRPr="00C511FC" w:rsidRDefault="00C511FC">
      <w:pPr>
        <w:rPr>
          <w:rFonts w:ascii="標楷體" w:eastAsia="標楷體" w:hAnsi="標楷體"/>
          <w:lang w:eastAsia="zh-TW"/>
        </w:rPr>
      </w:pPr>
      <w:r w:rsidRPr="00C511FC">
        <w:rPr>
          <w:rFonts w:ascii="標楷體" w:eastAsia="標楷體" w:hAnsi="標楷體"/>
          <w:lang w:eastAsia="zh-TW"/>
        </w:rPr>
        <w:t>系主任簽章：</w:t>
      </w:r>
      <w:proofErr w:type="gramStart"/>
      <w:r w:rsidRPr="00C511FC">
        <w:rPr>
          <w:rFonts w:ascii="標楷體" w:eastAsia="標楷體" w:hAnsi="標楷體"/>
          <w:lang w:eastAsia="zh-TW"/>
        </w:rPr>
        <w:t>＿＿＿＿＿＿＿</w:t>
      </w:r>
      <w:proofErr w:type="gramEnd"/>
    </w:p>
    <w:p w14:paraId="20DBF1A5" w14:textId="77777777" w:rsidR="00FA590A" w:rsidRPr="00C511FC" w:rsidRDefault="00FA590A">
      <w:pPr>
        <w:rPr>
          <w:rFonts w:ascii="標楷體" w:eastAsia="標楷體" w:hAnsi="標楷體"/>
          <w:lang w:eastAsia="zh-TW"/>
        </w:rPr>
      </w:pPr>
    </w:p>
    <w:p w14:paraId="30D218FD" w14:textId="77777777" w:rsidR="00FA590A" w:rsidRPr="00C511FC" w:rsidRDefault="00C511FC">
      <w:pPr>
        <w:rPr>
          <w:rFonts w:ascii="標楷體" w:eastAsia="標楷體" w:hAnsi="標楷體"/>
          <w:lang w:eastAsia="zh-TW"/>
        </w:rPr>
      </w:pPr>
      <w:r w:rsidRPr="00C511FC">
        <w:rPr>
          <w:rFonts w:ascii="標楷體" w:eastAsia="標楷體" w:hAnsi="標楷體"/>
          <w:lang w:eastAsia="zh-TW"/>
        </w:rPr>
        <w:t>備註：</w:t>
      </w:r>
    </w:p>
    <w:p w14:paraId="071577C8" w14:textId="77777777" w:rsidR="00FA590A" w:rsidRPr="00C511FC" w:rsidRDefault="00C511FC">
      <w:pPr>
        <w:rPr>
          <w:rFonts w:ascii="標楷體" w:eastAsia="標楷體" w:hAnsi="標楷體"/>
          <w:lang w:eastAsia="zh-TW"/>
        </w:rPr>
      </w:pPr>
      <w:r w:rsidRPr="00C511FC">
        <w:rPr>
          <w:rFonts w:ascii="標楷體" w:eastAsia="標楷體" w:hAnsi="標楷體"/>
          <w:lang w:eastAsia="zh-TW"/>
        </w:rPr>
        <w:t>1. 申請人須修畢規定課程且成績及格。</w:t>
      </w:r>
    </w:p>
    <w:p w14:paraId="5DA0ED46" w14:textId="77777777" w:rsidR="00FA590A" w:rsidRPr="00C511FC" w:rsidRDefault="00C511FC">
      <w:pPr>
        <w:rPr>
          <w:rFonts w:ascii="標楷體" w:eastAsia="標楷體" w:hAnsi="標楷體"/>
          <w:lang w:eastAsia="zh-TW"/>
        </w:rPr>
      </w:pPr>
      <w:r w:rsidRPr="00C511FC">
        <w:rPr>
          <w:rFonts w:ascii="標楷體" w:eastAsia="標楷體" w:hAnsi="標楷體"/>
          <w:lang w:eastAsia="zh-TW"/>
        </w:rPr>
        <w:t>2. 提前申請碩士學位考試者，須經指導教授推薦並提送系</w:t>
      </w:r>
      <w:proofErr w:type="gramStart"/>
      <w:r w:rsidRPr="00C511FC">
        <w:rPr>
          <w:rFonts w:ascii="標楷體" w:eastAsia="標楷體" w:hAnsi="標楷體"/>
          <w:lang w:eastAsia="zh-TW"/>
        </w:rPr>
        <w:t>務</w:t>
      </w:r>
      <w:proofErr w:type="gramEnd"/>
      <w:r w:rsidRPr="00C511FC">
        <w:rPr>
          <w:rFonts w:ascii="標楷體" w:eastAsia="標楷體" w:hAnsi="標楷體"/>
          <w:lang w:eastAsia="zh-TW"/>
        </w:rPr>
        <w:t>會議審定。</w:t>
      </w:r>
    </w:p>
    <w:p w14:paraId="01BB8A6C" w14:textId="77777777" w:rsidR="00FA590A" w:rsidRPr="00C511FC" w:rsidRDefault="00C511FC">
      <w:pPr>
        <w:rPr>
          <w:rFonts w:ascii="標楷體" w:eastAsia="標楷體" w:hAnsi="標楷體"/>
          <w:lang w:eastAsia="zh-TW"/>
        </w:rPr>
      </w:pPr>
      <w:r w:rsidRPr="00C511FC">
        <w:rPr>
          <w:rFonts w:ascii="標楷體" w:eastAsia="標楷體" w:hAnsi="標楷體"/>
          <w:lang w:eastAsia="zh-TW"/>
        </w:rPr>
        <w:t>3. 第四點條件須符合其中一項即可。</w:t>
      </w:r>
    </w:p>
    <w:sectPr w:rsidR="00FA590A" w:rsidRPr="00C511FC" w:rsidSect="00C511FC">
      <w:pgSz w:w="12240" w:h="15840"/>
      <w:pgMar w:top="993" w:right="1800" w:bottom="14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2793792">
    <w:abstractNumId w:val="8"/>
  </w:num>
  <w:num w:numId="2" w16cid:durableId="84889670">
    <w:abstractNumId w:val="6"/>
  </w:num>
  <w:num w:numId="3" w16cid:durableId="1425801516">
    <w:abstractNumId w:val="5"/>
  </w:num>
  <w:num w:numId="4" w16cid:durableId="346830522">
    <w:abstractNumId w:val="4"/>
  </w:num>
  <w:num w:numId="5" w16cid:durableId="1939679790">
    <w:abstractNumId w:val="7"/>
  </w:num>
  <w:num w:numId="6" w16cid:durableId="1067067203">
    <w:abstractNumId w:val="3"/>
  </w:num>
  <w:num w:numId="7" w16cid:durableId="2043703369">
    <w:abstractNumId w:val="2"/>
  </w:num>
  <w:num w:numId="8" w16cid:durableId="1092622973">
    <w:abstractNumId w:val="1"/>
  </w:num>
  <w:num w:numId="9" w16cid:durableId="1329286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511FC"/>
    <w:rsid w:val="00CB0664"/>
    <w:rsid w:val="00D1059D"/>
    <w:rsid w:val="00DD415B"/>
    <w:rsid w:val="00FA59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74C2B8"/>
  <w14:defaultImageDpi w14:val="300"/>
  <w15:docId w15:val="{82AD7760-CEA7-42FA-A3F5-E0AFCE70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20BC02-4450-4D91-8459-FC61B94F7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2026-06-09T08:33:00Z</dcterms:created>
  <dcterms:modified xsi:type="dcterms:W3CDTF">2026-06-09T08:33:00Z</dcterms:modified>
  <cp:category/>
</cp:coreProperties>
</file>